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ANTELUS: MULTIVERSE</w:t>
      </w:r>
    </w:p>
    <w:p>
      <w:pPr>
        <w:jc w:val="center"/>
      </w:pPr>
      <w:r>
        <w:rPr>
          <w:b/>
          <w:sz w:val="28"/>
        </w:rPr>
        <w:t>Comprehensive Rules v1.0</w:t>
      </w:r>
    </w:p>
    <w:p>
      <w:pPr>
        <w:jc w:val="center"/>
      </w:pPr>
      <w:r>
        <w:rPr>
          <w:i/>
        </w:rPr>
        <w:t>Official website edition • 2026</w:t>
      </w:r>
    </w:p>
    <w:p/>
    <w:p>
      <w:r>
        <w:rPr>
          <w:b/>
        </w:rPr>
        <w:t>This document expands the Quick Rules and clarifies printed card text. It does not change card effects unless an official Errata explicitly does so.</w:t>
      </w:r>
    </w:p>
    <w:p>
      <w:pPr>
        <w:pStyle w:val="Heading1"/>
      </w:pPr>
      <w:r>
        <w:t>1. Objective</w:t>
      </w:r>
    </w:p>
    <w:p>
      <w:pPr>
        <w:spacing w:after="100"/>
      </w:pPr>
      <w:r>
        <w:t>ANTELUS: MULTIVERSE is a collectible card game bringing together Characters and Locations from different Antelus Games worlds.</w:t>
      </w:r>
    </w:p>
    <w:p>
      <w:pPr>
        <w:spacing w:after="100"/>
      </w:pPr>
      <w:r>
        <w:t>Players may freely combine cards from different games. There are no world, game, or faction deckbuilding restrictions.</w:t>
      </w:r>
    </w:p>
    <w:p>
      <w:pPr>
        <w:spacing w:after="100"/>
      </w:pPr>
      <w:r>
        <w:t>The objective is to earn more Victory Points (VP) by defeating enemy Characters. Each defeated enemy Character awards 1 VP.</w:t>
      </w:r>
    </w:p>
    <w:p>
      <w:pPr>
        <w:pStyle w:val="Heading1"/>
      </w:pPr>
      <w:r>
        <w:t>2. Card Types</w:t>
      </w:r>
    </w:p>
    <w:p>
      <w:pPr>
        <w:spacing w:after="100"/>
      </w:pPr>
      <w:r>
        <w:t>Character — a card that participates in Battles. Each Character has Health (HP), Attack, Defense, and an Ability.</w:t>
      </w:r>
    </w:p>
    <w:p>
      <w:pPr>
        <w:spacing w:after="100"/>
      </w:pPr>
      <w:r>
        <w:t>Location — a card that changes the battlefield through its effect. A Location has no Health, Attack, or Defense, cannot attack, cannot be targeted by attacks, and does not award VP.</w:t>
      </w:r>
    </w:p>
    <w:p>
      <w:pPr>
        <w:pStyle w:val="Heading1"/>
      </w:pPr>
      <w:r>
        <w:t>3. Deck Construction</w:t>
      </w:r>
    </w:p>
    <w:p>
      <w:pPr>
        <w:spacing w:after="100"/>
      </w:pPr>
      <w:r>
        <w:t>Both players use decks of the same size.</w:t>
      </w:r>
    </w:p>
    <w:p>
      <w:pPr>
        <w:spacing w:after="100"/>
      </w:pPr>
      <w:r>
        <w:t>Starter Format: 6 cards — 3 Characters and 3 Locations.</w:t>
      </w:r>
    </w:p>
    <w:p>
      <w:pPr>
        <w:spacing w:after="100"/>
      </w:pPr>
      <w:r>
        <w:t>Cards from any Antelus Games world may be combined.</w:t>
      </w:r>
    </w:p>
    <w:p>
      <w:pPr>
        <w:pStyle w:val="Heading1"/>
      </w:pPr>
      <w:r>
        <w:t>4. Setup</w:t>
      </w:r>
    </w:p>
    <w:p>
      <w:pPr>
        <w:spacing w:after="100"/>
      </w:pPr>
      <w:r>
        <w:t>Each player shuffles their deck and draws 3 cards. A starting hand must contain at least 1 Character.</w:t>
      </w:r>
    </w:p>
    <w:p>
      <w:pPr>
        <w:spacing w:after="100"/>
      </w:pPr>
      <w:r>
        <w:t>If it contains no Character, return the entire starting hand to the deck, shuffle, and draw 3 again. Repeat until a legal starting hand is drawn.</w:t>
      </w:r>
    </w:p>
    <w:p>
      <w:pPr>
        <w:spacing w:after="100"/>
      </w:pPr>
      <w:r>
        <w:t>Randomly determine the First Player.</w:t>
      </w:r>
    </w:p>
    <w:p>
      <w:pPr>
        <w:pStyle w:val="Heading1"/>
      </w:pPr>
      <w:r>
        <w:t>5. Round Structure</w:t>
      </w:r>
    </w:p>
    <w:p>
      <w:pPr>
        <w:spacing w:after="100"/>
      </w:pPr>
      <w:r>
        <w:t>Each round consists of three phases:</w:t>
      </w:r>
    </w:p>
    <w:p>
      <w:pPr>
        <w:spacing w:after="100"/>
      </w:pPr>
      <w:r>
        <w:t>PLAY → BATTLE → DRAW</w:t>
      </w:r>
    </w:p>
    <w:p>
      <w:pPr>
        <w:spacing w:after="100"/>
      </w:pPr>
      <w:r>
        <w:t>The right to make the first target declaration in Battle alternates between players each round.</w:t>
      </w:r>
    </w:p>
    <w:p>
      <w:pPr>
        <w:pStyle w:val="Heading1"/>
      </w:pPr>
      <w:r>
        <w:t>6. PLAY PHASE</w:t>
      </w:r>
    </w:p>
    <w:p>
      <w:pPr>
        <w:spacing w:after="100"/>
      </w:pPr>
      <w:r>
        <w:t>Starting with the First Player, each player may play up to 1 Character and up to 1 Location during the Play Phase.</w:t>
      </w:r>
    </w:p>
    <w:p>
      <w:pPr>
        <w:spacing w:after="100"/>
      </w:pPr>
      <w:r>
        <w:t>Playing either card is optional. A Character may participate in Battle during the same round it enters play.</w:t>
      </w:r>
    </w:p>
    <w:p>
      <w:pPr>
        <w:pStyle w:val="Heading1"/>
      </w:pPr>
      <w:r>
        <w:t>7. Health</w:t>
      </w:r>
    </w:p>
    <w:p>
      <w:pPr>
        <w:spacing w:after="100"/>
      </w:pPr>
      <w:r>
        <w:t>Printed Health is a Character's maximum Health unless an effect explicitly increases its maximum Health.</w:t>
      </w:r>
    </w:p>
    <w:p>
      <w:pPr>
        <w:spacing w:after="100"/>
      </w:pPr>
      <w:r>
        <w:t>Healing cannot raise current Health above maximum Health.</w:t>
      </w:r>
    </w:p>
    <w:p>
      <w:pPr>
        <w:spacing w:after="100"/>
      </w:pPr>
      <w:r>
        <w:t>If an effect increases Health without further qualification, it increases both current and maximum Health by that amount for the duration of the effect.</w:t>
      </w:r>
    </w:p>
    <w:p>
      <w:pPr>
        <w:pStyle w:val="Heading1"/>
      </w:pPr>
      <w:r>
        <w:t>8. Locations</w:t>
      </w:r>
    </w:p>
    <w:p>
      <w:pPr>
        <w:spacing w:after="100"/>
      </w:pPr>
      <w:r>
        <w:t>Each player may control only one active Location at a time.</w:t>
      </w:r>
    </w:p>
    <w:p>
      <w:pPr>
        <w:spacing w:after="100"/>
      </w:pPr>
      <w:r>
        <w:t>When a player plays a new Location, their previous Location immediately leaves play and its continuous effect ends unless its text states otherwise.</w:t>
      </w:r>
    </w:p>
    <w:p>
      <w:pPr>
        <w:spacing w:after="100"/>
      </w:pPr>
      <w:r>
        <w:t>Locations cannot attack, cannot be attacked, and do not award VP.</w:t>
      </w:r>
    </w:p>
    <w:p>
      <w:pPr>
        <w:pStyle w:val="Heading1"/>
      </w:pPr>
      <w:r>
        <w:t>9. BATTLE PHASE: Target Declaration</w:t>
      </w:r>
    </w:p>
    <w:p>
      <w:pPr>
        <w:spacing w:after="100"/>
      </w:pPr>
      <w:r>
        <w:t>Battle consists of Target Declaration and Resolution.</w:t>
      </w:r>
    </w:p>
    <w:p>
      <w:pPr>
        <w:spacing w:after="100"/>
      </w:pPr>
      <w:r>
        <w:t>Players alternate choosing one of their Characters that has not yet declared an attack in this Battle and assigning one enemy Character as its target. The player with the first-target right for the round begins.</w:t>
      </w:r>
    </w:p>
    <w:p>
      <w:pPr>
        <w:spacing w:after="100"/>
      </w:pPr>
      <w:r>
        <w:t>Each Character may attack no more than once per Battle. Multiple Characters may target the same enemy Character.</w:t>
      </w:r>
    </w:p>
    <w:p>
      <w:pPr>
        <w:spacing w:after="100"/>
      </w:pPr>
      <w:r>
        <w:t>Attacking is optional. A player may decline to attack with a Character; that Character does not attack during the current Battle.</w:t>
      </w:r>
    </w:p>
    <w:p>
      <w:pPr>
        <w:spacing w:after="100"/>
      </w:pPr>
      <w:r>
        <w:t>Once declared, a target cannot be changed unless a card effect explicitly allows it.</w:t>
      </w:r>
    </w:p>
    <w:p>
      <w:pPr>
        <w:pStyle w:val="Heading1"/>
      </w:pPr>
      <w:r>
        <w:t>10. Battle Resolution</w:t>
      </w:r>
    </w:p>
    <w:p>
      <w:pPr>
        <w:spacing w:after="100"/>
      </w:pPr>
      <w:r>
        <w:t>After target declarations are complete, all declared attacks resolve simultaneously.</w:t>
      </w:r>
    </w:p>
    <w:p>
      <w:pPr>
        <w:spacing w:after="100"/>
      </w:pPr>
      <w:r>
        <w:t>If a Character is defeated during this simultaneous resolution, an attack it already declared still deals its Damage.</w:t>
      </w:r>
    </w:p>
    <w:p>
      <w:pPr>
        <w:spacing w:after="100"/>
      </w:pPr>
      <w:r>
        <w:t>Characters may therefore defeat each other simultaneously.</w:t>
      </w:r>
    </w:p>
    <w:p>
      <w:pPr>
        <w:pStyle w:val="Heading1"/>
      </w:pPr>
      <w:r>
        <w:t>11. Damage Calculation</w:t>
      </w:r>
    </w:p>
    <w:p>
      <w:pPr>
        <w:spacing w:after="100"/>
      </w:pPr>
      <w:r>
        <w:t>Base Damage is calculated as:</w:t>
      </w:r>
    </w:p>
    <w:p>
      <w:pPr>
        <w:spacing w:after="100"/>
      </w:pPr>
      <w:r>
        <w:t>Damage = Attack − Defense.</w:t>
      </w:r>
    </w:p>
    <w:p>
      <w:pPr>
        <w:spacing w:after="100"/>
      </w:pPr>
      <w:r>
        <w:t>Base combat Damage cannot be lower than 1.</w:t>
      </w:r>
    </w:p>
    <w:p>
      <w:r>
        <w:t>Order of calculation:</w:t>
        <w:br/>
        <w:t>1) apply all active Attack and Defense modifiers;</w:t>
        <w:br/>
        <w:t>2) calculate Attack − Defense;</w:t>
        <w:br/>
        <w:t>3) if the result is below 1, set base Damage to 1;</w:t>
        <w:br/>
        <w:t>4) apply Damage reduction or prevention effects;</w:t>
        <w:br/>
        <w:t>5) apply final Damage to Health.</w:t>
      </w:r>
    </w:p>
    <w:p>
      <w:pPr>
        <w:spacing w:after="100"/>
      </w:pPr>
      <w:r>
        <w:t>A Damage-reduction effect may therefore reduce 1 base Damage to 0.</w:t>
      </w:r>
    </w:p>
    <w:p>
      <w:pPr>
        <w:pStyle w:val="Heading1"/>
      </w:pPr>
      <w:r>
        <w:t>12. Multiple Attackers</w:t>
      </w:r>
    </w:p>
    <w:p>
      <w:pPr>
        <w:spacing w:after="100"/>
      </w:pPr>
      <w:r>
        <w:t>When multiple Characters attack the same target, calculate each attack separately. Defense is not consumed and applies to every attack.</w:t>
      </w:r>
    </w:p>
    <w:p>
      <w:pPr>
        <w:spacing w:after="100"/>
      </w:pPr>
      <w:r>
        <w:t>All final Damage from declared attacks is treated as being dealt during the same simultaneous Battle resolution.</w:t>
      </w:r>
    </w:p>
    <w:p>
      <w:pPr>
        <w:pStyle w:val="Heading1"/>
      </w:pPr>
      <w:r>
        <w:t>13. Defeated Characters and VP</w:t>
      </w:r>
    </w:p>
    <w:p>
      <w:pPr>
        <w:spacing w:after="100"/>
      </w:pPr>
      <w:r>
        <w:t>After simultaneous Damage is applied, any Character at 0 or less Health is defeated and leaves play.</w:t>
      </w:r>
    </w:p>
    <w:p>
      <w:pPr>
        <w:spacing w:after="100"/>
      </w:pPr>
      <w:r>
        <w:t>Its opponent gains 1 VP for each defeated enemy Character.</w:t>
      </w:r>
    </w:p>
    <w:p>
      <w:pPr>
        <w:spacing w:after="100"/>
      </w:pPr>
      <w:r>
        <w:t>If Characters controlled by both players are defeated simultaneously, both players gain the appropriate VP.</w:t>
      </w:r>
    </w:p>
    <w:p>
      <w:pPr>
        <w:pStyle w:val="Heading1"/>
      </w:pPr>
      <w:r>
        <w:t>14. Card Text Priority</w:t>
      </w:r>
    </w:p>
    <w:p>
      <w:pPr>
        <w:spacing w:after="100"/>
      </w:pPr>
      <w:r>
        <w:t>If specific card text directly contradicts a general rule, the card text applies.</w:t>
      </w:r>
    </w:p>
    <w:p>
      <w:pPr>
        <w:spacing w:after="100"/>
      </w:pPr>
      <w:r>
        <w:t>CARD TEXT &gt; GENERAL RULE.</w:t>
      </w:r>
    </w:p>
    <w:p>
      <w:pPr>
        <w:spacing w:after="100"/>
      </w:pPr>
      <w:r>
        <w:t>The exception applies only to the extent actually created by the card.</w:t>
      </w:r>
    </w:p>
    <w:p>
      <w:pPr>
        <w:pStyle w:val="Heading1"/>
      </w:pPr>
      <w:r>
        <w:t>15. Simultaneous Effects</w:t>
      </w:r>
    </w:p>
    <w:p>
      <w:pPr>
        <w:spacing w:after="100"/>
      </w:pPr>
      <w:r>
        <w:t>If multiple effects controlled by the same player would resolve at the same time, that player chooses their order.</w:t>
      </w:r>
    </w:p>
    <w:p>
      <w:pPr>
        <w:spacing w:after="100"/>
      </w:pPr>
      <w:r>
        <w:t>If effects controlled by both players would resolve at the same time, the player who had the first-target right for the current Battle resolves their effects first, followed by the other player.</w:t>
      </w:r>
    </w:p>
    <w:p>
      <w:pPr>
        <w:spacing w:after="100"/>
      </w:pPr>
      <w:r>
        <w:t>Each chosen effect resolves completely before the next effect begins unless the effect itself requires a simultaneous result.</w:t>
      </w:r>
    </w:p>
    <w:p>
      <w:pPr>
        <w:pStyle w:val="Heading1"/>
      </w:pPr>
      <w:r>
        <w:t>16. Timing Terms</w:t>
      </w:r>
    </w:p>
    <w:p>
      <w:pPr>
        <w:spacing w:after="100"/>
      </w:pPr>
      <w:r>
        <w:t>“The first time…” means the first qualifying occurrence during the period stated by the effect. If no period is stated and the effect refers to a specific Character instance, it applies to that instance's current stay in play.</w:t>
      </w:r>
    </w:p>
    <w:p>
      <w:pPr>
        <w:spacing w:after="100"/>
      </w:pPr>
      <w:r>
        <w:t>“Once per round” means no more than once from the beginning of the current round until the beginning of the next.</w:t>
      </w:r>
    </w:p>
    <w:p>
      <w:pPr>
        <w:spacing w:after="100"/>
      </w:pPr>
      <w:r>
        <w:t>“For that Battle” expires when the current Battle ends.</w:t>
      </w:r>
    </w:p>
    <w:p>
      <w:pPr>
        <w:spacing w:after="100"/>
      </w:pPr>
      <w:r>
        <w:t>“Next Battle” remains pending until the next Battle to which it applies, then expires.</w:t>
      </w:r>
    </w:p>
    <w:p>
      <w:pPr>
        <w:spacing w:after="100"/>
      </w:pPr>
      <w:r>
        <w:t>“When played” resolves immediately after the card successfully enters play.</w:t>
      </w:r>
    </w:p>
    <w:p>
      <w:pPr>
        <w:spacing w:after="100"/>
      </w:pPr>
      <w:r>
        <w:t>“At the start of each Battle” resolves before the first target is declared.</w:t>
      </w:r>
    </w:p>
    <w:p>
      <w:pPr>
        <w:spacing w:after="100"/>
      </w:pPr>
      <w:r>
        <w:t>“After targets are declared” means after all normal target declarations are complete but before attacks resolve.</w:t>
      </w:r>
    </w:p>
    <w:p>
      <w:pPr>
        <w:spacing w:after="100"/>
      </w:pPr>
      <w:r>
        <w:t>“At the end of each Battle” means after Damage, defeated Characters, and effects caused by those defeats have resolved, but before the DRAW PHASE.</w:t>
      </w:r>
    </w:p>
    <w:p>
      <w:pPr>
        <w:pStyle w:val="Heading1"/>
      </w:pPr>
      <w:r>
        <w:t>17. Legal Targets and Missing Targets</w:t>
      </w:r>
    </w:p>
    <w:p>
      <w:pPr>
        <w:spacing w:after="100"/>
      </w:pPr>
      <w:r>
        <w:t>A normal attack may target only an enemy Character that is in play when the target is declared.</w:t>
      </w:r>
    </w:p>
    <w:p>
      <w:pPr>
        <w:spacing w:after="100"/>
      </w:pPr>
      <w:r>
        <w:t>If a target leaves play after declaration but before attack resolution because of an effect, the attack does not automatically gain a new target and deals no Damage.</w:t>
      </w:r>
    </w:p>
    <w:p>
      <w:pPr>
        <w:spacing w:after="100"/>
      </w:pPr>
      <w:r>
        <w:t>If an effect allows a target to be changed, the new target must be legal at the moment of the change.</w:t>
      </w:r>
    </w:p>
    <w:p>
      <w:pPr>
        <w:pStyle w:val="Heading1"/>
      </w:pPr>
      <w:r>
        <w:t>18. Mia (#015)</w:t>
      </w:r>
    </w:p>
    <w:p>
      <w:pPr>
        <w:spacing w:after="100"/>
      </w:pPr>
      <w:r>
        <w:t>The first time Mia would be defeated, she remains in play with 1 Health instead.</w:t>
      </w:r>
    </w:p>
    <w:p>
      <w:pPr>
        <w:spacing w:after="100"/>
      </w:pPr>
      <w:r>
        <w:t>This is a replacement effect: Mia is not considered defeated at that moment, no VP is awarded, and “when a Character is defeated” effects do not trigger.</w:t>
      </w:r>
    </w:p>
    <w:p>
      <w:pPr>
        <w:spacing w:after="100"/>
      </w:pPr>
      <w:r>
        <w:t>The ability can save that instance of Mia only once during its current stay in play.</w:t>
      </w:r>
    </w:p>
    <w:p>
      <w:pPr>
        <w:pStyle w:val="Heading1"/>
      </w:pPr>
      <w:r>
        <w:t>19. Max Soul (#019)</w:t>
      </w:r>
    </w:p>
    <w:p>
      <w:pPr>
        <w:spacing w:after="100"/>
      </w:pPr>
      <w:r>
        <w:t>The first two times Max Soul survives a Battle after taking Damage, restore 1 Health to him after that Battle.</w:t>
      </w:r>
    </w:p>
    <w:p>
      <w:pPr>
        <w:spacing w:after="100"/>
      </w:pPr>
      <w:r>
        <w:t>If Max Soul is at 0 or less Health after Damage resolution, he is defeated before the healing and the ability cannot save him.</w:t>
      </w:r>
    </w:p>
    <w:p>
      <w:pPr>
        <w:spacing w:after="100"/>
      </w:pPr>
      <w:r>
        <w:t>A single Battle can count as no more than one of these two occurrences, regardless of how many attacks damaged him during that Battle.</w:t>
      </w:r>
    </w:p>
    <w:p>
      <w:pPr>
        <w:pStyle w:val="Heading1"/>
      </w:pPr>
      <w:r>
        <w:t>20. Young Fate (#023)</w:t>
      </w:r>
    </w:p>
    <w:p>
      <w:pPr>
        <w:spacing w:after="100"/>
      </w:pPr>
      <w:r>
        <w:t>When Young Fate is played, its controller chooses +1 Attack or +1 Defense.</w:t>
      </w:r>
    </w:p>
    <w:p>
      <w:pPr>
        <w:spacing w:after="100"/>
      </w:pPr>
      <w:r>
        <w:t>The choice is made once when the ability resolves. The chosen bonus remains while that instance of Young Fate remains in play.</w:t>
      </w:r>
    </w:p>
    <w:p>
      <w:pPr>
        <w:pStyle w:val="Heading1"/>
      </w:pPr>
      <w:r>
        <w:t>21. Stoun Mirel (#007)</w:t>
      </w:r>
    </w:p>
    <w:p>
      <w:pPr>
        <w:spacing w:after="100"/>
      </w:pPr>
      <w:r>
        <w:t>Stoun gains +2 Attack for his first Battle after being played.</w:t>
      </w:r>
    </w:p>
    <w:p>
      <w:pPr>
        <w:spacing w:after="100"/>
      </w:pPr>
      <w:r>
        <w:t>The bonus applies to the first Battle Phase after he enters play and expires when that Battle ends, even if Stoun did not attack.</w:t>
      </w:r>
    </w:p>
    <w:p>
      <w:pPr>
        <w:pStyle w:val="Heading1"/>
      </w:pPr>
      <w:r>
        <w:t>22. Cemetery of Dead Souls (#018)</w:t>
      </w:r>
    </w:p>
    <w:p>
      <w:pPr>
        <w:spacing w:after="100"/>
      </w:pPr>
      <w:r>
        <w:t>When one of the Cemetery controller's Characters is defeated, it deals 1 Damage to each enemy Character that targeted it during that Battle.</w:t>
      </w:r>
    </w:p>
    <w:p>
      <w:pPr>
        <w:spacing w:after="100"/>
      </w:pPr>
      <w:r>
        <w:t>The effect uses the current Battle's target-declaration history and can resolve after the Character itself has been defeated.</w:t>
      </w:r>
    </w:p>
    <w:p>
      <w:pPr>
        <w:spacing w:after="100"/>
      </w:pPr>
      <w:r>
        <w:t>If this additional Damage defeats another Character, VP is awarded normally. Those defeats may also trigger other applicable effects.</w:t>
      </w:r>
    </w:p>
    <w:p>
      <w:pPr>
        <w:pStyle w:val="Heading1"/>
      </w:pPr>
      <w:r>
        <w:t>23. Pharmaceutical corporation “Roi” (#026)</w:t>
      </w:r>
    </w:p>
    <w:p>
      <w:pPr>
        <w:spacing w:after="100"/>
      </w:pPr>
      <w:r>
        <w:t>Once per round, after all normal targets have been declared but before attacks resolve, Roi's controller may change the target of one of their Characters.</w:t>
      </w:r>
    </w:p>
    <w:p>
      <w:pPr>
        <w:spacing w:after="100"/>
      </w:pPr>
      <w:r>
        <w:t>The new target must be a legal enemy Character. If the target is changed, that Character gains +2 Attack for the current Battle.</w:t>
      </w:r>
    </w:p>
    <w:p>
      <w:pPr>
        <w:spacing w:after="100"/>
      </w:pPr>
      <w:r>
        <w:t>Changing the target is part of the single Roi effect; the +2 Attack bonus is gained only if the target was actually changed.</w:t>
      </w:r>
    </w:p>
    <w:p>
      <w:pPr>
        <w:pStyle w:val="Heading1"/>
      </w:pPr>
      <w:r>
        <w:t>24. Patria (#024)</w:t>
      </w:r>
    </w:p>
    <w:p>
      <w:pPr>
        <w:spacing w:after="100"/>
      </w:pPr>
      <w:r>
        <w:t>At the start of each Battle, Patria's controller chooses one of their Characters and gives it either +2 Attack or +2 Defense for that Battle.</w:t>
      </w:r>
    </w:p>
    <w:p>
      <w:pPr>
        <w:spacing w:after="100"/>
      </w:pPr>
      <w:r>
        <w:t>The choice is made before target declarations. The bonus expires when the Battle ends.</w:t>
      </w:r>
    </w:p>
    <w:p>
      <w:pPr>
        <w:pStyle w:val="Heading1"/>
      </w:pPr>
      <w:r>
        <w:t>25. Arina Demidova (#003) and Paradise Beyond (#016)</w:t>
      </w:r>
    </w:p>
    <w:p>
      <w:pPr>
        <w:spacing w:after="100"/>
      </w:pPr>
      <w:r>
        <w:t>Damage-reduction effects apply after the minimum base combat Damage rule.</w:t>
      </w:r>
    </w:p>
    <w:p>
      <w:pPr>
        <w:spacing w:after="100"/>
      </w:pPr>
      <w:r>
        <w:t>Therefore, 1 base Damage may be reduced to 0.</w:t>
      </w:r>
    </w:p>
    <w:p>
      <w:pPr>
        <w:spacing w:after="100"/>
      </w:pPr>
      <w:r>
        <w:t>If multiple Damage-reduction effects apply to the same Damage event, apply them sequentially. Damage cannot become negative.</w:t>
      </w:r>
    </w:p>
    <w:p>
      <w:pPr>
        <w:pStyle w:val="Heading1"/>
      </w:pPr>
      <w:r>
        <w:t>26. Witch (#017)</w:t>
      </w:r>
    </w:p>
    <w:p>
      <w:pPr>
        <w:spacing w:after="100"/>
      </w:pPr>
      <w:r>
        <w:t>When Witch damages an enemy Character, that Character gets -1 Attack and -1 Defense in its next Battle.</w:t>
      </w:r>
    </w:p>
    <w:p>
      <w:pPr>
        <w:spacing w:after="100"/>
      </w:pPr>
      <w:r>
        <w:t>If the Character is defeated by that same Damage, the future penalty has no practical effect because the Character leaves play.</w:t>
      </w:r>
    </w:p>
    <w:p>
      <w:pPr>
        <w:spacing w:after="100"/>
      </w:pPr>
      <w:r>
        <w:t>If the Character survives, the penalty applies during the next Battle Phase in which it is in play and then expires.</w:t>
      </w:r>
    </w:p>
    <w:p>
      <w:pPr>
        <w:pStyle w:val="Heading1"/>
      </w:pPr>
      <w:r>
        <w:t>27. Henry Gray (#011)</w:t>
      </w:r>
    </w:p>
    <w:p>
      <w:pPr>
        <w:spacing w:after="100"/>
      </w:pPr>
      <w:r>
        <w:t>If Henry Gray is targeted by more than one enemy Character during the current Battle, he gains +1 Defense for that Battle.</w:t>
      </w:r>
    </w:p>
    <w:p>
      <w:pPr>
        <w:spacing w:after="100"/>
      </w:pPr>
      <w:r>
        <w:t>Check the condition after normal target declarations are complete. If Roi later changes a target so that the number of Characters targeting Henry changes, evaluate Henry using the final targets before attacks resolve.</w:t>
      </w:r>
    </w:p>
    <w:p>
      <w:pPr>
        <w:pStyle w:val="Heading1"/>
      </w:pPr>
      <w:r>
        <w:t>28. Abandoned House (#020)</w:t>
      </w:r>
    </w:p>
    <w:p>
      <w:pPr>
        <w:spacing w:after="100"/>
      </w:pPr>
      <w:r>
        <w:t>At the end of each Battle, restore 1 Health to your most damaged Character.</w:t>
      </w:r>
    </w:p>
    <w:p>
      <w:pPr>
        <w:spacing w:after="100"/>
      </w:pPr>
      <w:r>
        <w:t>“Most damaged” means the Character that has lost the greatest amount of Health relative to its current maximum Health.</w:t>
      </w:r>
    </w:p>
    <w:p>
      <w:pPr>
        <w:spacing w:after="100"/>
      </w:pPr>
      <w:r>
        <w:t>If multiple Characters are tied for the greatest amount of Health lost, their controller chooses one.</w:t>
      </w:r>
    </w:p>
    <w:p>
      <w:pPr>
        <w:spacing w:after="100"/>
      </w:pPr>
      <w:r>
        <w:t>Defeated Characters have already left play and cannot be chosen.</w:t>
      </w:r>
    </w:p>
    <w:p>
      <w:pPr>
        <w:pStyle w:val="Heading1"/>
      </w:pPr>
      <w:r>
        <w:t>29. Healing Prevention</w:t>
      </w:r>
    </w:p>
    <w:p>
      <w:pPr>
        <w:spacing w:after="100"/>
      </w:pPr>
      <w:r>
        <w:t>If an effect says a Character cannot restore Health, any Health-restoration effect applied to that Character does not change its Health.</w:t>
      </w:r>
    </w:p>
    <w:p>
      <w:pPr>
        <w:spacing w:after="100"/>
      </w:pPr>
      <w:r>
        <w:t>For example, while Asylum (#012) applies, enemy Characters cannot restore Health. This blocks applicable healing from Nicole, Max Soul, and Abandoned House for those affected enemy Characters.</w:t>
      </w:r>
    </w:p>
    <w:p>
      <w:pPr>
        <w:pStyle w:val="Heading1"/>
      </w:pPr>
      <w:r>
        <w:t>30. DRAW PHASE</w:t>
      </w:r>
    </w:p>
    <w:p>
      <w:pPr>
        <w:spacing w:after="100"/>
      </w:pPr>
      <w:r>
        <w:t>After Battle and all Battle-related effects have fully resolved, both players draw 1 card.</w:t>
      </w:r>
    </w:p>
    <w:p>
      <w:pPr>
        <w:spacing w:after="100"/>
      </w:pPr>
      <w:r>
        <w:t>A player with an empty deck simply does not draw. An empty deck does not by itself cause defeat.</w:t>
      </w:r>
    </w:p>
    <w:p>
      <w:pPr>
        <w:pStyle w:val="Heading1"/>
      </w:pPr>
      <w:r>
        <w:t>31. End of Game</w:t>
      </w:r>
    </w:p>
    <w:p>
      <w:pPr>
        <w:spacing w:after="100"/>
      </w:pPr>
      <w:r>
        <w:t>The game ends when the decks are empty and no further Battles can be fought.</w:t>
      </w:r>
    </w:p>
    <w:p>
      <w:pPr>
        <w:spacing w:after="100"/>
      </w:pPr>
      <w:r>
        <w:t>The player with more VP wins.</w:t>
      </w:r>
    </w:p>
    <w:p>
      <w:pPr>
        <w:spacing w:after="100"/>
      </w:pPr>
      <w:r>
        <w:t>If VP are tied, compare the total current Health of all remaining Characters. The player with more total remaining Health wins.</w:t>
      </w:r>
    </w:p>
    <w:p>
      <w:pPr>
        <w:spacing w:after="100"/>
      </w:pPr>
      <w:r>
        <w:t>If those totals are also tied, the game is a draw.</w:t>
      </w:r>
    </w:p>
    <w:p>
      <w:pPr>
        <w:pStyle w:val="Heading1"/>
      </w:pPr>
      <w:r>
        <w:t>32. Public and Hidden Information</w:t>
      </w:r>
    </w:p>
    <w:p>
      <w:pPr>
        <w:spacing w:after="100"/>
      </w:pPr>
      <w:r>
        <w:t>Public information includes current VP, current Character Health, active Locations, active modifiers, whether relevant “once per round” or “first time” effects have been used, and defeated/discarded cards.</w:t>
      </w:r>
    </w:p>
    <w:p>
      <w:pPr>
        <w:spacing w:after="100"/>
      </w:pPr>
      <w:r>
        <w:t>Hands and deck order are hidden information.</w:t>
      </w:r>
    </w:p>
    <w:p>
      <w:pPr>
        <w:pStyle w:val="Heading1"/>
      </w:pPr>
      <w:r>
        <w:t>33. Tracking Health Without Tokens</w:t>
      </w:r>
    </w:p>
    <w:p>
      <w:pPr>
        <w:spacing w:after="100"/>
      </w:pPr>
      <w:r>
        <w:t>Players may use any mutually clear method to track current Health, including dice, counters, an app, paper, or verbally confirmed written tracking.</w:t>
      </w:r>
    </w:p>
    <w:p>
      <w:pPr>
        <w:spacing w:after="100"/>
      </w:pPr>
      <w:r>
        <w:t>Current Health must be unambiguous to both players at all times.</w:t>
      </w:r>
    </w:p>
    <w:p>
      <w:pPr>
        <w:pStyle w:val="Heading1"/>
      </w:pPr>
      <w:r>
        <w:t>34. Forgotten Effects and Game Errors</w:t>
      </w:r>
    </w:p>
    <w:p>
      <w:pPr>
        <w:spacing w:after="100"/>
      </w:pPr>
      <w:r>
        <w:t>In casual play, if an error is noticed immediately and the correct state can be restored without revealing new hidden information, players may restore the correct state.</w:t>
      </w:r>
    </w:p>
    <w:p>
      <w:pPr>
        <w:spacing w:after="100"/>
      </w:pPr>
      <w:r>
        <w:t>If substantial actions have occurred or hidden information has been revealed, do not perform a full rewind. Correct only what can reasonably be corrected without creating a new advantage, then continue play.</w:t>
      </w:r>
    </w:p>
    <w:p>
      <w:pPr>
        <w:spacing w:after="100"/>
      </w:pPr>
      <w:r>
        <w:t>Mandatory continuous effects should be applied as soon as the error is discovered if they are still relevant to the current state.</w:t>
      </w:r>
    </w:p>
    <w:p>
      <w:pPr>
        <w:pStyle w:val="Heading1"/>
      </w:pPr>
      <w:r>
        <w:t>35. Rules Priority and Unresolved Cases</w:t>
      </w:r>
    </w:p>
    <w:p>
      <w:pPr>
        <w:spacing w:after="100"/>
      </w:pPr>
      <w:r>
        <w:t>Rules-source priority:</w:t>
      </w:r>
    </w:p>
    <w:p>
      <w:r>
        <w:t>1) official Errata / FAQ;</w:t>
        <w:br/>
        <w:t>2) exact card text;</w:t>
        <w:br/>
        <w:t>3) Comprehensive Rules;</w:t>
        <w:br/>
        <w:t>4) Quick Rules.</w:t>
      </w:r>
    </w:p>
    <w:p>
      <w:pPr>
        <w:spacing w:after="100"/>
      </w:pPr>
      <w:r>
        <w:t>Use the literal meaning of card text in the context of these rules. Effects are not applied retroactively unless an official ruling explicitly says otherwise.</w:t>
      </w:r>
    </w:p>
    <w:p>
      <w:pPr>
        <w:spacing w:after="100"/>
      </w:pPr>
      <w:r>
        <w:t>If a casual-game situation is still unresolved, players may use a random temporary ruling and continue the game, then check the official FAQ after the match.</w:t>
      </w:r>
    </w:p>
    <w:p>
      <w:pPr>
        <w:pStyle w:val="Heading1"/>
      </w:pPr>
      <w:r>
        <w:t>36. Compatibility with the Printed BGS 2026 Set</w:t>
      </w:r>
    </w:p>
    <w:p>
      <w:pPr>
        <w:spacing w:after="100"/>
      </w:pPr>
      <w:r>
        <w:t>These Comprehensive Rules clarify the already printed card text rather than changing card effects.</w:t>
      </w:r>
    </w:p>
    <w:p>
      <w:pPr>
        <w:spacing w:after="100"/>
      </w:pPr>
      <w:r>
        <w:t>Global rules already established for the set:</w:t>
        <w:br/>
        <w:t>• base combat Damage is at least 1 before card Damage-reduction effects;</w:t>
        <w:br/>
        <w:t>• if VP are tied, the player with more total remaining Health wins;</w:t>
        <w:br/>
        <w:t>• if still tied, the game is a draw.</w:t>
      </w:r>
    </w:p>
    <w:p>
      <w:pPr>
        <w:spacing w:after="100"/>
      </w:pPr>
      <w:r>
        <w:t>The individual card interpretations above are official timing and interaction clarifications for rules version 1.0.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ANTELUS: MULTIVERSE • v1.0 • Antelus Games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